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ביטויים וניבים בעברית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בעלות משמעות כפולה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שמות מקומות ומושגים מתחומי חיים שונים דרך ייצוג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בהמרת רעיון מילולי לייצוג חזותי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ניבים וביטויים: פשוטו מול מליצתו – זיהוי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אישור להתחיל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לחלום בהקיץ ולא להתרכז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ניבים וביטויים: פשוטו מול מליצתו – התאמת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(לוותר על עמדה קיצונית ולהתפשר)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להחליט ולהישאר בין שתי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(להתעלם בכוונה ממשהו)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ניבים וביטויים: פשוטו מול מליצתו – שימוש נכון בניבים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לשבור את הקרח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ניבים וביטויים: פשוטו מול מליצתו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כפולות משמעות – זיהוי 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שני פירושים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מעיין מים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חג מתוך שלושת הרגלים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כפולות משמעות – התאמת מילה למשמעות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(מעיין מים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(חג מתוך שלושת הרגלים)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(בדיוק, בלי טעות (פגע בול))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כפולות משמעות – כתיבה והבנת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נפרדים, בכל אחד שימוש נכון במשמעות המתאימה של 'עין'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שמות יישובים מצוירים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על דף היישובים - שם היישוב מוסתר ויש לבחור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בדף מצוין שיש כ-54-61 יישובים בנושא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האתר מצייר ניבים ושמות יישובים כפשוטם לפי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שמות יישובים מצוירים – זיהוי לפי מרכיבי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(פתח + 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(באר +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(כפר + סבא)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(בת + 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שמות יישובים מצוירים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שמות יישובים מצוירים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 של בית ושמש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הפריטים בציור ולחבר אותם למילים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רבוס – מה זו חידת רבוס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חידה באתר – תמונה, רמז, ואז אפשר לנסות 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מוסתר ומתגלה רק אחרי שמנסים, כדי לעודד חשיבה עצמאית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רבוס – פענוח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כפר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רבוס – יצירת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רבוס – חידה משלי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בתחומי חיים (אוכל, מקצועות, גוף, בית ספר, טבע) – מילים במשמעות כפולה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מקצב, ריתמוס במוזיקה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פסגה חדה של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מעיין מים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בתחומי חיים (אוכל, מקצועות, גוף, בית ספר, טבע) – ניבים עם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טוב ונדיב)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(מישהו שמקשיב ברצון ובתשומת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(לעזור במשהו)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בתחומי חיים (אוכל, מקצועות, גוף, בית ספר, טבע) – השלמת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מילים בתחומי חיים (אוכל, מקצועות, גוף, בית ספר, טבע) – כתיבה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יצירה עצמית: תכנון ציור לביטוי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מבוסס על ציור הביטוי כפשוטו, כדי לנחש מהי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בנוי התרגיל נחשו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ציור של המשמעות המילולית של הביטוי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שתי שכבות משמעות ומנסח את ההבדל ביניהן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המשפטים מדגימים שימוש נכון בשתי המשמעויות השונות של 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חשיבה על תהליך הפתרון, לא רק תוצאה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לשתי-שלוש שיעורים: שיעור אחד לניבים ומילים דו-משמעיות, שיעור שני ליישובים ורבוסים, שיעור שלישי לתחומי חיים ויצירה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נוסף או לעבוד בזוגות על חידות הרבוס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להציע ליצור בעצמם ניב או ביטוי חדש ולתכנן עבורו איור, כבפרק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בתרגילי הזיהוי כתחרות קצרה בין קבוצות בכיתה, בדומה לרעיון מרוץ הקבוצות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זיהוי ביטויים, ניבים ומילים דו-משמעיות דרך איורים, בדיוק כמו באתר. בכל פרק כתבו את התשובה במילים שלכם, ונסו להסביר מדוע האיור מתאים למשמעות. עבדו לפי סדר הפרקים, ואפשר לחזור על חידות קשות יותר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חמה  ·  שברה  ·  ראש פינה  ·  זכרון יעקב  ·  לשבור את הקרח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ניבים וביטויים: פשוטו מול מליצתו – זיהוי 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האמיתית של הניב "לשבור את הקרח"?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לשבור חפץ עשוי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לצאת לטיול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הניב "לקבל אור ירוק"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לקבל אישור להתחיל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לצבוע קיר בצבע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להסתכל ברמזור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"להיות עם הראש בעננים"?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לחלום בהקיץ ולא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לטוס במטוס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לגור בהר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ניבים וביטויים: פשוטו מול מליצתו – התאמת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לרדת מהעץ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להחליט ולהישאר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להתעלם בכוונה ממשהו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לוותר על עמדה קיצונית ולהתפשר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ניבים וביטויים: פשוטו מול מליצתו – שימוש נכון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הפגישה החשוב היה __________ כדי שכולם ירגישו בנוח.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ניבים וביטויים: פשוטו מול מליצתו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מילים כפולות משמעות – זיהוי 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מילה 'כפולת משמעות' היא מילה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לה שני פירושים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נכתבת פעמיים באתר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מילה ארוכה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למילה 'עין' יש שתי משמעויות: איבר בגוף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עץ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למילה 'רגל' יש שתי משמעויות: איבר בגוף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 מתוך שלושת הרגלים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מילים כפולות משמעות – התאמת מילה למשמעות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חג מתוך שלושת הרגלים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בדיוק, בלי טעות (פגע בול)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מעיין מים בטבע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מילים כפולות משמעות – כתיבה והבנת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המילה 'עין' פירושה איבר בגוף, ומשפט שני שבו פירושה מעיין 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שמות יישובים מצוירים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'יישובים בתמונות' שם היישוב מוסתר והתלמידים בוחרים אותו מתוך רשימת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בנושא יישובים ומקומות יש בשכבת חטיבת הביניים כ-60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האיורים ביישובים מציירים את שם המקום כפשוטו, לפי המילים שמרכיבות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שמות יישובים מצוירים – זיהוי לפי מרכיבי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באר +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פתח +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כפר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בת +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כפר + סבא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שמות יישובים מצוירים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ציור של זיכרון (למשל תמונה ישנה) ושם יעקב מרמז על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ציור של אבן פינה בבניין מרמז על היישוב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שמות יישובים מצוירים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איור הכי מתאים לייצג את היישוב 'בית 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 של בית ושמש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ציור של ים וחוף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של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הדרך הנכונה לפענח ציור של יישוב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לנחש שם אקראי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לזהות את הפריטים בציור ולחבר אותם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רק את שם היוצר בתמונה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חידות רבוס – מה זו חידת 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בחידת רבוס מופיעה תמונה ולצידה רמז שעוזר לפענח את הפתרון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הפתרון המלא של החידה מופיע תמיד ליד הרמז, עוד לפני הניסיון לפתור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חידות רבוס – פענוח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חידת רבוס מציגה ציור של באר מים ואחריו הספרה 7 – מהו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חידת רבוס מציגה כפר קטן ואחריו איש מבוגר – מהו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סבא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חידות רבוס – יצירת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בחידת רבוס על פרח החמנייה אפשר לצייר שמש כרמז להברה שהיא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חידות רבוס – חידה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מילים בתחומי חיים (אוכל, מקצועות, גוף, בית ספר, טבע) – מילים במשמעות כפולה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למילה 'קצב' (שם המקצוע של מי שחותך בשר) יש גם משמעות נוספת. מה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מקצב, ריתמוס במוזיקה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'שן' מתארת חלק בפה, אבל גם...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פסגה חדה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'עין' מתארת איבר בגוף, ובנוסף יכולה לתאר...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עבודה של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תבלין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מילים בתחומי חיים (אוכל, מקצועות, גוף, בית ספר, טבע) – ניבים עם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לעזור במשהו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אוזן 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 טוב ונדיב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מישהו שמקשיב ברצון ובתשומת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מילים בתחומי חיים (אוכל, מקצועות, גוף, בית ספר, טבע) – השלמת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במבחן הקשה היא __________ את הראש כדי למצוא פתרון.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מילים בתחומי חיים (אוכל, מקצועות, גוף, בית ספר, טבע)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יצירה עצמית: תכנון ציור לביטוי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בציורי הביטויים מציירים את המשמעות המילולית (הפשוטה) של הניב, ולא את המשמעות המליצית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המשחק היא לנחש, מתוך הציור המצויר כפשוטו, מהי המשמעות האמיתית (המליצית) של הביטוי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ציור לביטוי לשבור את הקרח יכול להראות אדם שובר קרח אמיתי בפטיש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לניב אחד מהחוברת והסבר/י את ההבדל בין המשמעות המילולית למשמעות האמיתית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בחר/י מילה דו-משמעית מהחוברת וכתוב/כתבי שני משפטים – בכל אחד במשמעות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מילים בתמונות: ניבים, רבוי משמעות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