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🖼️ משחקי מילים בתמונות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משחקי מילים בתמונות: ניבים, רבוי משמעות ושמות יישובים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להרחיב אוצר מילים ולזהות ביטויים וניבים בעברית לפי הקשר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התופעה של מילים בעלות משמעות כפולה ולהשתמש בה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זיהוי שמות מקומות ומושגים מתחומי חיים שונים דרך ייצוג חזותי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לפתח חשיבה יצירתית בהמרת רעיון מילולי לייצוג חזותי ולהפך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פרק 1 · ניבים וביטויים: פשוטו מול מליצתו – זיהוי המשמעות האמיתית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להתחיל שיחה ולהפיג מתח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לקבל אישור להתחיל במשהו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לחלום בהקיץ ולא להתרכז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לדבר בכנות ובאמת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פרק 1 · ניבים וביטויים: פשוטו מול מליצתו – התאמת ניב למשמעות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(לוותר על עמדה קיצונית ולהתפשר)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(לא להחליט ולהישאר בין שתי אפשרויות)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(להצביע בדיוק על מקור הבעיה)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(להתרברב או להקים רעש סביב דבר קטן)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(להתעלם בכוונה ממשהו)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פרק 1 · ניבים וביטויים: פשוטו מול מליצתו – שימוש נכון בניבים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לשבור את הקרח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אור ירוק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פרק 1 · ניבים וביטויים: פשוטו מול מליצתו – כתיבה והסבר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משפט שמתאר מאמץ מחשבתי למצוא פתרון, למשל בשיעורי בית או בחידה קשה.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התשובה צריכה להסביר שהציור מציג את המשמעות המילולית, בעוד שהביטוי מתכוון למשמעות מושאלת ושונה לגמרי.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פרק 2 · מילים כפולות משמעות – זיהוי משמעויות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יש לה שני פירושים שונים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מעיין מים בטבע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חג מתוך שלושת הרגלים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בול דואר, או במשמעות 'בדיוק'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קלף משחק, או לקלף פרי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פרק 2 · מילים כפולות משמעות – התאמת מילה למשמעות השנייה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(מעיין מים בטבע)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(חג מתוך שלושת הרגלים)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(בדיוק, בלי טעות (פגע בול))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(לחכות רגע (תכתר!))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(לצנוח בפתאומיות על טרף)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ז׳ – פרק 2 · מילים כפולות משמעות – כתיבה והבנת הקשר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שני משפטים נפרדים, בכל אחד שימוש נכון במשמעות המתאימה של 'עין'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משפט שבו 'רגל' משמשת במובן של חג (כמו חג הפסח כחג רגל)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הסבר שמזכיר שהמילים הסובבות או נושא המשפט מכוונות לפירוש הנכון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כל מילה אמיתית בעברית עם שתי משמעויות שונות, עם הסבר קצר לכל אחת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ח׳ – פרק 3 · שמות יישובים מצוירים – זיהוי בסיסי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מוסבר על דף היישובים - שם היישוב מוסתר ויש לבחור את התשובה הנכונה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בדף מצוין שיש כ-54-61 יישובים בנושא זה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האתר מצייר ניבים ושמות יישובים כפשוטם לפי הנושא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להפך - זהו אחד הנושאים הגדולים, עם כ-60 תמונות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ט׳ – פרק 3 · שמות יישובים מצוירים – זיהוי לפי מרכיבי השם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(פתח + תקווה)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(באר + שבע)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ו (כפר + סבא)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(בת + 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(ראש + עין)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א (קריה + שמונה)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י׳ – פרק 3 · שמות יישובים מצוירים – השלמות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זכרון יעקב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ראש פינה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נס ציונה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י״א – פרק 3 · שמות יישובים מצוירים – הבנה ויישום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ציור של בית ושמש בשמיים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לזהות את הפריטים בציור ולחבר אותם למילים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בת 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י״ב – פרק 4 · חידות רבוס – מה זו חידת רבוס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בנויה כל חידה באתר – תמונה, רמז, ואז אפשר לנסות לפתור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הפתרון מוסתר ומתגלה רק אחרי שמנסים, כדי לעודד חשיבה עצמאית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אלה הנושאים שמופיעים בחידות הרבוס המקוריות באתר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שמות יישובים רבים מורכבים ממילים מוכרות שצריך לזהות בציור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י״ג – פרק 4 · חידות רבוס – פענוח לפי רמז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באר שבע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כפר סבא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תלולית ועונת האביב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ראש השנה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י״ד – פרק 4 · חידות רבוס – יצירת חידה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חמה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באר שבע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ט״ו – פרק 4 · חידות רבוס – חידה משלי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טובה תכלול חלוקה נכונה לשתי מילים, רעיון ציור מתאים לכל מילה, ורמז קצר שעוזר לפענח את הפתרון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ט״ז – פרק 5 · מילים בתחומי חיים (אוכל, מקצועות, גוף, בית ספר, טבע) – מילים במשמעות כפולה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מקצב, ריתמוס במוזיקה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פסגה חדה של הר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מעיין מים בטבע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חג עלייה (כמו פסח, שבועות וסוכות)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י״ז – פרק 5 · מילים בתחומי חיים (אוכל, מקצועות, גוף, בית ספר, טבע) – ניבים עם איברי גוף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(אדם טוב ונדיב)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(מישהו שמקשיב ברצון ובתשומת לב)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(לעזור במשהו)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(לחשוב קשה כדי למצוא פתרון)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י״ח – פרק 5 · מילים בתחומי חיים (אוכל, מקצועות, גוף, בית ספר, טבע) – השלמת ניבים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שברה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קשבת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י״ט – פרק 5 · מילים בתחומי חיים (אוכל, מקצועות, גוף, בית ספר, טבע) – כתיבה ויישום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שני משפטים תקינים שבהם אותה מילה מופיעה בשתי משמעויות שונות וברורות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משפט שבו הניב משמש במשמעות של שמירה או מעקב, למשל: המורה שמה עין על התלמידים בטיול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ציון שם המקצוע ומשמעותו המקורית, לצד המשמעות הנוספת של אותה מילה בעברית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כ׳ – פרק 6 · יצירה עצמית: תכנון ציור לביטוי – הבנת הרעיון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המשחק מבוסס על ציור הביטוי כפשוטו, כדי לנחש מהי המשמעות האמיתית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בדיוק בנוי התרגיל נחשו את הביטוי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זהו ציור של המשמעות המילולית של הביטוי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כדי שהניחוש יצליח צריך לבחור ביטוי מוכר ונפוץ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המשחק מבוסס דווקא על ציור המשמעות הפשוטה, המילולית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התלמיד/ה מזהה נכון שתי שכבות משמעות ומנסח את ההבדל ביניהן בבירור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שני המשפטים מדגימים שימוש נכון בשתי המשמעויות השונות של אותה מילה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המראה חשיבה על תהליך הפתרון, לא רק תוצאה סופית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לחלק את החוברת לשתי-שלוש שיעורים: שיעור אחד לניבים ומילים דו-משמעיות, שיעור שני ליישובים ורבוסים, שיעור שלישי לתחומי חיים ויצירה עצמית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לתת רמז נוסף או לעבוד בזוגות על חידות הרבוס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מתקדמים כדאי להציע ליצור בעצמם ניב או ביטוי חדש ולתכנן עבורו איור, כבפרק האחרון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להשתמש בתרגילי הזיהוי כתחרות קצרה בין קבוצות בכיתה, בדומה לרעיון מרוץ הקבוצות באתר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🖼️ משחקי מילים בתמונות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משחקי מילים בתמונות: ניבים, רבוי משמעות ושמות יישובים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בחוברת הזו נתרגל לזהות ביטויים ומילים לפי ציורים. כתבו תשובות קצרות וברורות. עבדו פרק אחרי פרק, ואפשר לחזור על תרגילים קשים בסוף.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ניב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צירוף מילים קבוע שיש לו משמעות שונה מהמשמעות המילולית שלו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ביטוי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צירוף מילים מוכר שמשמש להבעת רעיון מסוים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פשוטו כמשמעו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הבנת המילים לפי המשמעות הישירה שלהן, בלי מליצה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משמעות מליצית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המשמעות האמיתית והמקובלת של ניב או ביטוי, לא המילולית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מילה דו-משמעית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מילה שיש לה שתי משמעויות שונות או יותר, תלוי בהקשר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הקשר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המשפט או המצב הסובב מילה, שעוזר להבין את משמעותה הנכונה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רבוס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חידה שבה משתמשים בציורים או סמלים כדי לייצג מילה או ביטוי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יישוב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מקום מגורים כמו עיר, מושב או קיבוץ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איור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ציור שמבטא רעיון, מילה או סיפור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פרק 1 · ניבים וביטויים: פשוטו מול מליצתו – זיהוי המשמעות האמיתית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"לשבור את הקרח" - מה זה אומר באמת?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להתחיל שיחה ולהפיג מתח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לשבור חפץ עשוי קרח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לצאת לטיול בקור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לקנות קרח למקרר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הפירוש של "אור ירוק"?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לקבל אישור להתחיל במשהו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לצבוע קיר בצבע ירוק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להסתכל ברמזור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לקנות מנורה ירוקה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זה אומר כשמישהו "עם הראש בעננים"?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לחלום בהקיץ ולא להתרכז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לטוס במטוס גבוה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לגור בהר גבוה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לצייר עננים בשיעור אמנות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המשמעות של "יד על הלב"?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לדבר בכנות ובאמת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לבדוק את הדופק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לשים יד על בגד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לחבק מישהו בחום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פרק 1 · ניבים וביטויים: פשוטו מול מליצתו – התאמת ניב למשמעות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לרדת מהעץ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לא להחליט ולהישאר בין שתי אפשרויות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לשבת על הגדר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להצביע בדיוק על מקור הבעיה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לשים אצבע על הפצע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להתרברב או להקים רעש סביב דבר קטן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לעשות רוח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להתעלם בכוונה ממשהו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לעצום עין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לוותר על עמדה קיצונית ולהתפשר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פרק 1 · ניבים וביטויים: פשוטו מול מליצתו – שימוש נכון בניבים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לפני הפגישה החשוב היה __________ כדי שכולם ירגישו בנוח.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המנהל נתן לנו __________ להתחיל בפרויקט החדש.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פרק 1 · ניבים וביטויים: פשוטו מול מליצתו – כתיבה והסבר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משפט אחד שבו הניב "לשבור את הראש" מופיע במשמעותו הנכונה (לחשוב קשה על פתרון).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הסבירו בשתי שורות למה כשמציירים ניב "כפשוטו" (למשל אדם ממש שובר קרח) זה מצחיק אבל לא מה שהביטוי מתכוון.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פרק 2 · מילים כפולות משמעות – זיהוי משמעויות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זה אומר שלמילה יש 'כפולת משמעות'?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יש לה שני פירושים שונים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היא נכתבת פעמיים באתר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היא מילה ארוכה במיוחד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היא מילה שאולה משפה זרה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עוד פירוש המילה 'עין' חוץ מאיבר בגוף?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מעיין מים בטבע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סוג של עץ פרי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כלי נגינה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שם של עיר גדולה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עוד פירוש המילה 'רגל' חוץ מאיבר בגוף?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חג מתוך שלושת הרגלים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סוג של בגד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כלי מטבח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צבע מסוים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שתי המשמעויות של המילה 'בול'?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בול דואר, או במשמעות 'בדיוק'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בול = עץ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בול = שם משפחה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בול = סוג מאכל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שתי המשמעויות של המילה 'קלף'?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קלף משחק, או לקלף פרי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קלף = כלי נגינה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קלף = שם של עיר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קלף = סוג בד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פרק 2 · מילים כפולות משמעות – התאמת מילה למשמעות השנייה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עין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לחכות רגע (תכתר!)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רגל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מעיין מים בטבע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בול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לצנוח בפתאומיות על טרף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כתר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בדיוק, בלי טעות (פגע בול)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עט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חג מתוך שלושת הרגלים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7  חלק ז׳ – פרק 2 · מילים כפולות משמעות – כתיבה והבנת הקשר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משפט אחד שבו המילה 'עין' פירושה איבר בגוף, ומשפט שני שבו פירושה מעיין מים.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משפט שבו המילה 'רגל' מתארת חג, ולא איבר בגוף.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הסבירו במילים שלכם: איך ההקשר במשפט עוזר לדעת איזו משמעות של מילה כפולת משמעות מתאימה?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בחרו מילה כפולת משמעות נוספת שלא הוזכרה כאן, וכתבו את שתי המשמעויות שלה.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8  חלק ח׳ – פרק 3 · שמות יישובים מצוירים – זיהוי בסיסי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במשחק 'יישובים בתמונות' שם היישוב מוסתר והתלמידים בוחרים אותו מתוך רשימת אפשרויות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בנושא יישובים ומקומות יש בשכבת חטיבת הביניים כ-60 יישובים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 האיורים ביישובים מציירים את שם המקום כפשוטו, לפי המילים שמרכיבות אותו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הנושא של שמות יישובים הוא הנושא הקטן ביותר באתר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9  חלק ט׳ – פרק 3 · שמות יישובים מצוירים – זיהוי לפי מרכיבי השם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פתח תקווה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קריה + שמונה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באר שבע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פתח + תקווה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כפר סבא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בת + 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בת 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ראש + עין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ראש העין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באר + שבע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קריית שמונה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כפר + סבא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10  חלק י׳ – פרק 3 · שמות יישובים מצוירים – השלמות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ציור של זיכרון (למשל תמונה ישנה) ושם יעקב מרמז על היישוב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ציור של אבן פינה בבניין מרמז על היישוב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ציור של דגל או נס לצד הכיתוב ציון מרמז על היישוב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11  חלק י״א – פרק 3 · שמות יישובים מצוירים – הבנה ויישום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מתאים לצייר בשביל 'בית שמש'?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ציור של בית ושמש בשמיים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ציור של ים וחוף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ציור של הר גבוה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ציור של עץ פרי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איך פותרים חידת ציור של שם יישוב?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לנחש שם אקראי בלי לבדוק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לזהות את הפריטים בציור ולחבר אותם למילים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לקרוא רק את שם היוצר בתמונה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לדלג ישר לתשובה בלי לחשוב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ילדה + ים = איזה יישוב?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בת 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ראשון לציון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הרצליה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אשדוד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12  חלק י״ב – פרק 4 · חידות רבוס – מה זו חידת רבוס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בחידת רבוס מופיעה תמונה ולצידה רמז שעוזר לפענח את הפתרון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הפתרון המלא של החידה מופיע תמיד ליד הרמז, עוד לפני הניסיון לפתור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חידות הרבוס באתר עוסקות בין היתר בבחירות, מקומות, צמחים וחגים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כדי לפתור חידת רבוס על שם יישוב צריך להכיר מילים ושמות מהחיים היומיום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13  חלק י״ג – פרק 4 · חידות רבוס – פענוח לפי רמז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איזה יישוב מתאים לציור של באר ואז המספר שבע?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תל אביב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באר שבע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כפר סבא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רעננה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איזה יישוב מתאים לציור של כפר ואז סבא?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נתניה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חיפה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כפר סבא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הרצליה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השם 'תל אביב' בחידת רבוס מתחלק באיור לשתי מילים נפרדות – אילו?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הר וים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תלולית ועונת האביב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בית וגינה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כביש ורחוב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חג שבו השם מתחלק באיור לציור של ראש ואחריו לוח שנה – מהו החג?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ראש השנה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סוכות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פסח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שבועות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14  חלק י״ד – פרק 4 · חידות רבוס – יצירת חידה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בחידת רבוס על פרח החמנייה אפשר לצייר שמש כרמז להברה שהיא המילה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בחידת רבוס שבה מצוירת באר ואחריה הספרה שבע, הפתרון הוא היישוב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15  חלק ט״ו – פרק 4 · חידות רבוס – חידה משלי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בחרו שם יישוב, חג או צמח המורכב משתי מילים, ותארו בשתי עד שלוש שורות איך הייתם מציירים אותו כחידת רבוס, כולל הרמז שהייתם נותנים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16  חלק ט״ז – פרק 5 · מילים בתחומי חיים (אוכל, מקצועות, גוף, בית ספר, טבע) – מילים במשמעות כפולה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עוד יכולה המילה 'קצב' לתאר?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מקצב, ריתמוס במוזיקה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סוג של ירק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כלי נגינה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סוג של לחם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'שן' זה גם איבר בגוף וגם...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פסגה חדה של הר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סוג של פרי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כלי מטבח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שם של מקצוע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'עין' זה גם איבר בגוף וגם...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מעיין מים בטבע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כלי עבודה של נגר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סוג של תבלין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שם של חג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'רגל' זה גם איבר בגוף וגם שם ל...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חג עלייה (כמו פסח, שבועות וסוכות)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כלי מטבח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סוג של עץ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מקצוע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17  חלק י״ז – פרק 5 · מילים בתחומי חיים (אוכל, מקצועות, גוף, בית ספר, טבע) – ניבים עם איברי גוף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לב זהב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מישהו שמקשיב ברצון ובתשומת לב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אוזן קשבת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לעזור במשהו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לשים יד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לחשוב קשה כדי למצוא פתרון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לשבור את הראש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אדם טוב ונדיב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18  חלק י״ח – פרק 5 · מילים בתחומי חיים (אוכל, מקצועות, גוף, בית ספר, טבע) – השלמת ניבים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במבחן הקשה היא __________ את הראש כדי למצוא פתרון.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המורה האזינה לתלמידים באוזן __________, כמו שאומר הניב.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19  חלק י״ט – פרק 5 · מילים בתחומי חיים (אוכל, מקצועות, גוף, בית ספר, טבע) – כתיבה ויישום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בחרו מילה מתחום הטבע בעלת שתי משמעויות (למשל דבורה, נמלה או ורד) וכתבו שני משפטים קצרים שבכל אחד המילה מופיעה במשמעות אחרת.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משפט אחד שבו מופיע הניב 'לשים עין על' במשמעותו האמיתית (לשמור, להקפיד) ולא במשמעות המילולית.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בחרו שם של מקצוע (כמו סנדלר, נגר או קצב) ובדקו: האם לשם המקצוע יש גם משמעות נוספת בעברית? כתבו את שתי המשמעויות.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20  חלק כ׳ – פרק 6 · יצירה עצמית: תכנון ציור לביטוי – הבנת הרעיון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בציורי הביטויים מציירים את המשמעות המילולית (הפשוטה) של הניב, ולא את המשמעות המליצית שלו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מטרת המשחק היא לנחש, מתוך הציור המצויר כפשוטו, מהי המשמעות האמיתית (המליצית) של הביטוי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ציור לביטוי לשבור את הקרח יכול להראות אדם שובר קרח אמיתי בפטיש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לבחור לציור כל ביטוי, גם כזה שאף אחד לא מכיר, והציור עדיין יהיה מובן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כדי שהציור יהיה ברור וכיפי לפענוח, עדיף לצייר את המשמעות המליצית ולא את הפשוטה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תן/י דוגמה לניב אחד מהחוברת והסבר/י את ההבדל בין המשמעות המילולית למשמעות האמיתית שלו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בחר/י מילה דו-משמעית מהחוברת וכתוב/כתבי שני משפטים – בכל אחד במשמעות אחרת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איזו חידה או תרגיל בחוברת היה הכי מאתגר עבורך? מה עזר לך לפתור אותו?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חוברת תרגול – משחקי מילים בתמונות: ניבים, רבוי משמעות ושמות יישובים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