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מילים בתמונות: ניבים, רבוי משמעות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ביטויים וניבים בעברית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התופעה של מילים בעלות משמעות כפולה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שמות מקומות ומושגים מתחומי חיים שונים דרך ייצוג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בהמרת רעיון מילולי לייצוג חזותי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ניבים וביטויים: פשוטו מול מליצתו – זיהוי המשמעות האמיתית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להתחיל שיחה ולהפיג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לקבל אישור להתחיל במשהו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לחלום בהקיץ ולא להתרכז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לדבר בכנות ובאמת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ניבים וביטויים: פשוטו מול מליצתו – התאמת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(לוותר על עמדה קיצונית ולהתפשר)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להחליט ולהישאר בין שתי אפשרויות)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(להצביע בדיוק על מקור הבעיה)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(להתרברב או להקים רעש סביב דבר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(להתעלם בכוונה ממשהו)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ניבים וביטויים: פשוטו מול מליצתו – שימוש נכון בניבים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לשבור את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ניבים וביטויים: פשוטו מול מליצתו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שמתאר מאמץ מחשבתי למצוא פתרון, למשל בשיעורי בית או בחידה 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צריכה להסביר שהציור מציג את המשמעות המילולית, בעוד שהביטוי מתכוון למשמעות מושאלת ושונה לגמרי.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כפולות משמעות – זיהוי 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 שני פירושים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מעיין מים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חג מתוך שלושת הרגלים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בול דואר, או במשמעות 'בדיוק'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קלף משחק, או לקלף 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כפולות משמעות – התאמת מילה למשמעות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(מעיין מים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(חג מתוך שלושת הרגלים)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(בדיוק, בלי טעות (פגע בול))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(לחכות רגע (תכתר!))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(לצנוח בפתאומיות על טרף)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כפולות משמעות – כתיבה והבנת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נפרדים, בכל אחד שימוש נכון במשמעות המתאימה של 'עין'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'רגל' משמשת במובן של חג (כמו חג הפסח כחג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שמזכיר שהמילים הסובבות או נושא המשפט מכוונות לפירוש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מילה אמיתית בעברית עם שתי משמעויות שונות, עם הסבר קצר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שמות יישובים מצוירים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על דף היישובים - שם היישוב מוסתר ויש לבחור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בדף מצוין שיש כ-54-61 יישובים בנושא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האתר מצייר ניבים ושמות יישובים כפשוטם לפי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 - זהו אחד הנושאים הגדולים, עם כ-60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שמות יישובים מצוירים – זיהוי לפי מרכיבי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(פתח + 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(באר +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(כפר + סבא)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(בת + 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(ראש + עין)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(קריה + שמונה)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שמות יישובים מצוירים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זכרון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 ציונה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שמות יישובים מצוירים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ציור של בית ושמש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לזהות את הפריטים בציור ולחבר אותם למילים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בת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חידות רבוס – מה זו חידת רבוס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כל חידה באתר – תמונה, רמז, ואז אפשר לנסות לפתור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הפתרון מוסתר ומתגלה רק אחרי שמנסים, כדי לעודד חשיבה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הנושאים שמופיעים בחידות הרבוס המקוריות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שמות יישובים רבים מורכבים ממילים מוכרות שצריך לזהות בציור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רבוס – פענוח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כפר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תלולית ועונת האביב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ראש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רבוס – יצירת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חידות רבוס – חידה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חלוקה נכונה לשתי מילים, רעיון ציור מתאים לכל מילה, ורמז קצר שעוזר לפענח את הפתרון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בתחומי חיים (אוכל, מקצועות, גוף, בית ספר, טבע) – מילים במשמעות כפולה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מקצב, ריתמוס במוזיקה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פסגה חדה של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מעיין מים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חג עלייה (כמו פסח, שבועות וסוכות)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בתחומי חיים (אוכל, מקצועות, גוף, בית ספר, טבע) – ניבים עם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טוב ונדיב)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(מישהו שמקשיב ברצון ובתשומת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(לעזור במשהו)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(לחשוב קשה כדי למצוא פתרון)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מילים בתחומי חיים (אוכל, מקצועות, גוף, בית ספר, טבע) – השלמת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מילים בתחומי חיים (אוכל, מקצועות, גוף, בית ספר, טבע)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תקינים שבהם אותה מילה מופיעה בשתי משמעויות שונות וברורות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הניב משמש במשמעות של שמירה או מעקב, למשל: המורה שמה עין על התלמידים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ציון שם המקצוע ומשמעותו המקורית, לצד המשמעות הנוספת של אותה מילה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יצירה עצמית: תכנון ציור לביטוי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מבוסס על ציור הביטוי כפשוטו, כדי לנחש מהי המשמעות האמיתית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בנוי התרגיל נחשו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ציור של המשמעות המילולית של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כדי שהניחוש יצליח צריך לבחור ביטוי מוכר ונפוץ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המשחק מבוסס דווקא על ציור המשמעות הפשוטה, המילולית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שתי שכבות משמעות ומנסח את ההבדל ביניהן 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המשפטים מדגימים שימוש נכון בשתי המשמעויות השונות של אותה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חשיבה על תהליך הפתרון, לא רק תוצאה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לשתי-שלוש שיעורים: שיעור אחד לניבים ומילים דו-משמעיות, שיעור שני ליישובים ורבוסים, שיעור שלישי לתחומי חיים ויצירה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 נוסף או לעבוד בזוגות על חידות הרבוס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להציע ליצור בעצמם ניב או ביטוי חדש ולתכנן עבורו איור, כבפרק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בתרגילי הזיהוי כתחרות קצרה בין קבוצות בכיתה, בדומה לרעיון מרוץ הקבוצות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מילים בתמונות: ניבים, רבוי משמעות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זיהוי ביטויים, ניבים ומילים דו-משמעיות דרך איורים, בדיוק כמו באתר. בכל פרק כתבו את התשובה במילים שלכם, ונסו להסביר מדוע האיור מתאים למשמעות. עבדו לפי סדר הפרקים, ואפשר לחזור על חידות קשות יותר 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ניבים וביטויים: פשוטו מול מליצתו – זיהוי המשמעות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האמיתית של הניב "לשבור את הקרח"?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להתחיל שיחה ולהפיג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לשבור חפץ עשוי 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לצאת לטיול בקור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קרח למקרר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הניב "לקבל אור ירוק" פירושו...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אישור להתחיל במשהו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לצבוע קיר בצבע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להסתכל ברמזור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מנורה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"להיות עם הראש בעננים"?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לחלום בהקיץ ולא להתרכז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לטוס במטוס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לגור בהר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עננים בשיעור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הניב "לשים יד על הלב" פירושו...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בכנות ובאמת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הדופק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לשים יד על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לחבק מישהו בחום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ניבים וביטויים: פשוטו מול מליצתו – התאמת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לרדת מהעץ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להתעלם בכוונה ממשהו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לשבת על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לוותר על עמדה קיצונית ולהתפשר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אצבע על הפצע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להחליט ולהישאר בין שתי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לעשות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להצביע בדיוק על מקור הבעיה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לעצום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להתרברב או להקים רעש סביב דבר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ניבים וביטויים: פשוטו מול מליצתו – שימוש נכון בניבים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הפגישה החשוב היה __________ כדי שכולם ירגישו בנוח.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המנהל נתן לנו __________ להתחיל בפרויקט החדש.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ניבים וביטויים: פשוטו מול מליצתו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הניב "לשבור את הראש" מופיע במשמעותו הנכונה (לחשוב קשה על פתרון).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שורות למה כשמציירים ניב "כפשוטו" (למשל אדם ממש שובר קרח) זה מצחיק אבל לא מה שהביטוי מתכוון.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כפולות משמעות – זיהוי 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מילה 'כפולת משמעות' היא מילה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שני פירושים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נכתבת פעמיים באתר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מילה ארוכה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מילה שאולה משפה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למילה 'עין' יש שתי משמעויות: איבר בגוף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מעיין מים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עץ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למילה 'רגל' יש שתי משמעויות: איבר בגוף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מתוך שלושת הרגלים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'בול' יכולה להתפרש כ...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בול דואר, או במשמעות 'בדיוק'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בול = עץ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בול =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בול = סוג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'קלף' יכולה להתפרש כ...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קלף משחק, או לקלף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קלף =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קלף =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קלף = סוג 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כפולות משמעות – התאמת מילה למשמעות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לצנוח בפתאומיות על 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לחכות רגע (תכתר!)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מעיין מים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מתוך שלושת הרגלים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בדיוק, בלי טעות (פגע בול)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מילים כפולות משמעות – כתיבה והבנת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המילה 'עין' פירושה איבר בגוף, ומשפט שני שבו פירושה מעיין 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המילה 'רגל' מתארת חג, ולא איבר בגוף.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שלכם: איך ההקשר במשפט עוזר לדעת איזו משמעות של מילה כפולת משמעות מתאימה?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כפולת משמעות נוספת שלא הוזכרה כאן, וכתבו את שתי המשמעויות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שמות יישובים מצוירים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'יישובים בתמונות' שם היישוב מוסתר והתלמידים בוחרים אותו מתוך רשימת אפשרויות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בנושא יישובים ומקומות יש בשכבת חטיבת הביניים כ-60 יישובים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האיורים ביישובים מציירים את שם המקום כפשוטו, לפי המילים שמרכיבות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של שמות יישובים הוא הנושא הקטן ביותר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שמות יישובים מצוירים – זיהוי לפי מרכיבי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באר +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בת +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כפר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קריה + שמונה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בת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ראש + עין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העין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פתח +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קריית שמונה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כפר + סבא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שמות יישובים מצוירים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ציור של זיכרון (למשל תמונה ישנה) ושם יעקב מרמז על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ציור של אבן פינה בבניין מרמז על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ציור של דגל או נס לצד הכיתוב ציון מרמז על היישוב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שמות יישובים מצוירים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איור הכי מתאים לייצג את היישוב 'בית שמש'?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של בית ושמש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של ים וחוף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עץ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הדרך הנכונה לפענח ציור של יישוב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שם אקראי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את הפריטים בציור ולחבר אותם למילים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רק את שם היוצר בתמונה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ישר לתשובה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ציור שמראה ילדה קטנה ולידה ים מתאים לאיזה 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ראשון לציון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אשדוד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חידות רבוס – מה זו חידת רבוס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רבוס מופיעה תמונה ולצידה רמז שעוזר לפענח את הפתרון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הפתרון המלא של החידה מופיע תמיד ליד הרמז, עוד לפני הניסיון לפתור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חידות הרבוס באתר עוסקות בין היתר בבחירות, מקומות, צמחים וחגים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לפתור חידת רבוס על שם יישוב צריך להכיר מילים ושמות מהחיים היומיום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חידות רבוס – פענוח לפי רמז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חידת רבוס מציגה ציור של באר מים ואחריו הספרה 7 – מהו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חידת רבוס מציגה כפר קטן ואחריו איש מבוגר – מהו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הרצליה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השם 'תל אביב' בחידת רבוס מתחלק באיור לשתי מילים נפרדות –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תלולית ועונת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וגינה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ורחוב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חג שבו השם מתחלק באיור לציור של ראש ואחריו לוח שנה – מהו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חידות רבוס – יצירת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בחידת רבוס על פרח החמנייה אפשר לצייר שמש כרמז להברה שהיא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בחידת רבוס שבה מצוירת באר ואחריה הספרה שבע, הפתרון הוא היישוב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חידות רבוס – חידה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יישוב, חג או צמח המורכב משתי מילים, ותארו בשתי עד שלוש שורות איך הייתם מציירים אותו כחידת רבוס, כולל הרמז שהייתם נותנים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מילים בתחומי חיים (אוכל, מקצועות, גוף, בית ספר, טבע) – מילים במשמעות כפולה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למילה 'קצב' (שם המקצוע של מי שחותך בשר) יש גם משמעות נוספת. מה היא?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מקצב, ריתמוס במוזיקה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'שן' מתארת חלק בפה, אבל גם...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פסגה חדה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'עין' מתארת איבר בגוף, ובנוסף יכולה לתאר...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מעיין מים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עבודה של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תבלין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'רגל', מלבד האיבר בגוף, היא גם שם נרדף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עלייה (כמו פסח, שבועות וסוכות)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מקצוע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מילים בתחומי חיים (אוכל, מקצועות, גוף, בית ספר, טבע) – ניבים עם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לב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שמקשיב ברצון ובתשומת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אוזן קשבת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טוב ונדיב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לחשוב קשה כדי למצוא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לעזור במשהו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מילים בתחומי חיים (אוכל, מקצועות, גוף, בית ספר, טבע) – השלמת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במבחן הקשה היא __________ את הראש כדי למצוא פתרון.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האזינה לתלמידים באוזן __________, כמו שאומר הניב.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מילים בתחומי חיים (אוכל, מקצועות, גוף, בית ספר, טבע)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מתחום הטבע בעלת שתי משמעויות (למשל דבורה, נמלה או ורד) וכתבו שני משפטים קצרים שבכל אחד המילה מופיעה במשמעות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מופיע הניב 'לשים עין על' במשמעותו האמיתית (לשמור, להקפיד) ולא במשמעות המילולית.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שם של מקצוע (כמו סנדלר, נגר או קצב) ובדקו: האם לשם המקצוע יש גם משמעות נוספת בעברית? כתבו את שתי המשמעויות.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יצירה עצמית: תכנון ציור לביטוי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בציורי הביטויים מציירים את המשמעות המילולית (הפשוטה) של הניב, ולא את המשמעות המליצית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לנחש, מתוך הציור המצויר כפשוטו, מהי המשמעות האמיתית (המליצית) של הביטוי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לביטוי לשבור את הקרח יכול להראות אדם שובר קרח אמיתי בפטיש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לציור כל ביטוי, גם כזה שאף אחד לא מכיר, והציור עדיין יהיה מובן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שהציור יהיה ברור וכיפי לפענוח, עדיף לצייר את המשמעות המליצית ולא את הפשוטה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לניב אחד מהחוברת והסבר/י את ההבדל בין המשמעות המילולית למשמעות האמיתית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מילה דו-משמעית מהחוברת וכתוב/כתבי שני משפטים – בכל אחד במשמעות אחרת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חידה או תרגיל בחוברת היה הכי מאתגר עבורך? מה עזר לך לפתור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מילים בתמונות: ניבים, רבוי משמעות ושמות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